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2CA6" w14:textId="77777777" w:rsidR="009359D9" w:rsidRDefault="00000000">
      <w:pPr>
        <w:spacing w:after="80"/>
        <w:jc w:val="right"/>
      </w:pPr>
      <w:r>
        <w:rPr>
          <w:b/>
          <w:sz w:val="32"/>
        </w:rPr>
        <w:t>نموذج استقالة من العمل — جاهز للطباعة (Word) — 2026</w:t>
      </w:r>
    </w:p>
    <w:p w14:paraId="022BC116" w14:textId="77777777" w:rsidR="009359D9" w:rsidRDefault="00000000">
      <w:pPr>
        <w:jc w:val="right"/>
      </w:pPr>
      <w:r>
        <w:rPr>
          <w:sz w:val="20"/>
        </w:rPr>
        <w:t>نسخة بدون شعار | للاستخدام داخل المنشآت في السعودية</w:t>
      </w:r>
    </w:p>
    <w:p w14:paraId="639B283B" w14:textId="77777777" w:rsidR="009359D9" w:rsidRDefault="00000000">
      <w:pPr>
        <w:spacing w:after="160"/>
        <w:jc w:val="right"/>
      </w:pPr>
      <w:r>
        <w:rPr>
          <w:sz w:val="22"/>
        </w:rPr>
        <w:t>التاريخ: (…/…/2026)                               الموافق: (…/…/2026) — للاستخدام الداخلي</w:t>
      </w:r>
    </w:p>
    <w:p w14:paraId="526344F7" w14:textId="77777777" w:rsidR="009359D9" w:rsidRDefault="00000000">
      <w:pPr>
        <w:spacing w:after="80"/>
        <w:jc w:val="right"/>
      </w:pPr>
      <w:r>
        <w:t>إلى: سعادة/ مدير الموارد البشرية – (اسم المنشأة)</w:t>
      </w:r>
    </w:p>
    <w:p w14:paraId="455986EE" w14:textId="77777777" w:rsidR="009359D9" w:rsidRDefault="00000000">
      <w:pPr>
        <w:jc w:val="right"/>
      </w:pPr>
      <w:r>
        <w:rPr>
          <w:b/>
        </w:rPr>
        <w:t>الموضوع: إشعار استقالة من العمل</w:t>
      </w:r>
    </w:p>
    <w:p w14:paraId="169A3214" w14:textId="77777777" w:rsidR="009359D9" w:rsidRDefault="00000000">
      <w:pPr>
        <w:jc w:val="right"/>
      </w:pPr>
      <w:r>
        <w:t>السلام عليكم ورحمة الله وبركاته،</w:t>
      </w:r>
    </w:p>
    <w:p w14:paraId="347FE609" w14:textId="77777777" w:rsidR="009359D9" w:rsidRDefault="00000000">
      <w:pPr>
        <w:jc w:val="right"/>
      </w:pPr>
      <w:r>
        <w:t>أفيدكم بتقديم استقالتي من وظيفة (المسمى الوظيفي) لدى (اسم المنشأة)، على أن يكون تاريخ تقديم الإشعار هو (…/…/2026)، وأن يكون آخر يوم عمل بتاريخ (…/…/2026) وفق متطلبات الإشعار النظامية المطبقة وبما تعتمده إدارة الموارد البشرية.</w:t>
      </w:r>
    </w:p>
    <w:p w14:paraId="29A8A6A9" w14:textId="77777777" w:rsidR="009359D9" w:rsidRDefault="00000000">
      <w:pPr>
        <w:jc w:val="right"/>
      </w:pPr>
      <w:r>
        <w:t>أرجو التكرم بتأكيد استلام هذا الإشعار واعتماد تاريخ آخر يوم عمل كتابةً، وتحديد إجراءات تسليم المهام والعهدة وإخلاء الطرف، مع تزويدي بآلية تصفية المستحقات النظامية قبل توقيع المخالصة.</w:t>
      </w:r>
    </w:p>
    <w:p w14:paraId="460E6E7F" w14:textId="77777777" w:rsidR="009359D9" w:rsidRDefault="00000000">
      <w:pPr>
        <w:spacing w:after="240"/>
        <w:jc w:val="right"/>
      </w:pPr>
      <w:r>
        <w:t>وتفضلوا بقبول فائق الاحترام،</w:t>
      </w:r>
    </w:p>
    <w:p w14:paraId="32B1D475" w14:textId="77777777" w:rsidR="009359D9" w:rsidRDefault="00000000">
      <w:pPr>
        <w:spacing w:after="120"/>
        <w:jc w:val="right"/>
      </w:pPr>
      <w:r>
        <w:t>الاسم: ________________________________</w:t>
      </w:r>
    </w:p>
    <w:p w14:paraId="6B304991" w14:textId="77777777" w:rsidR="009359D9" w:rsidRDefault="00000000">
      <w:pPr>
        <w:spacing w:after="120"/>
        <w:jc w:val="right"/>
      </w:pPr>
      <w:r>
        <w:t>الرقم الوظيفي: _________________________</w:t>
      </w:r>
    </w:p>
    <w:p w14:paraId="3683414D" w14:textId="77777777" w:rsidR="009359D9" w:rsidRDefault="00000000">
      <w:pPr>
        <w:spacing w:after="120"/>
        <w:jc w:val="right"/>
      </w:pPr>
      <w:r>
        <w:t>رقم الهوية/الإقامة: ____________________</w:t>
      </w:r>
    </w:p>
    <w:p w14:paraId="646D0A1A" w14:textId="77777777" w:rsidR="009359D9" w:rsidRDefault="00000000">
      <w:pPr>
        <w:spacing w:after="120"/>
        <w:jc w:val="right"/>
      </w:pPr>
      <w:r>
        <w:t>رقم الجوال: ____________________________</w:t>
      </w:r>
    </w:p>
    <w:p w14:paraId="46296D33" w14:textId="77777777" w:rsidR="009359D9" w:rsidRDefault="00000000">
      <w:pPr>
        <w:spacing w:after="120"/>
        <w:jc w:val="right"/>
      </w:pPr>
      <w:r>
        <w:t>البريد الإلكتروني: _______________________</w:t>
      </w:r>
    </w:p>
    <w:p w14:paraId="3E4F0AA1" w14:textId="77777777" w:rsidR="009359D9" w:rsidRDefault="00000000">
      <w:pPr>
        <w:spacing w:after="120"/>
        <w:jc w:val="right"/>
      </w:pPr>
      <w:r>
        <w:t>التوقيع: _______________________________</w:t>
      </w:r>
    </w:p>
    <w:p w14:paraId="795798CD" w14:textId="77777777" w:rsidR="009359D9" w:rsidRDefault="009359D9">
      <w:pPr>
        <w:spacing w:after="120"/>
        <w:jc w:val="right"/>
      </w:pPr>
    </w:p>
    <w:p w14:paraId="308DFA44" w14:textId="087D0CD4" w:rsidR="009359D9" w:rsidRPr="00A22547" w:rsidRDefault="00A22547" w:rsidP="00A22547">
      <w:pPr>
        <w:spacing w:after="120"/>
        <w:jc w:val="right"/>
        <w:rPr>
          <w:rFonts w:hint="cs"/>
          <w:b/>
          <w:bCs/>
          <w:rtl/>
          <w:lang w:bidi="ar-SY"/>
        </w:rPr>
      </w:pPr>
      <w:r w:rsidRPr="00A22547">
        <w:rPr>
          <w:rFonts w:hint="cs"/>
          <w:b/>
          <w:bCs/>
          <w:rtl/>
          <w:lang w:bidi="ar-SY"/>
        </w:rPr>
        <w:t>خانة استلام الموارد البشرية (للاستخدام الداخلي)</w:t>
      </w:r>
      <w:r>
        <w:rPr>
          <w:rFonts w:hint="cs"/>
          <w:b/>
          <w:rtl/>
          <w:lang w:bidi="ar-SY"/>
        </w:rPr>
        <w:t xml:space="preserve"> </w:t>
      </w:r>
    </w:p>
    <w:p w14:paraId="51C6DE0A" w14:textId="77777777" w:rsidR="009359D9" w:rsidRDefault="00000000">
      <w:pPr>
        <w:spacing w:after="120"/>
        <w:jc w:val="right"/>
      </w:pPr>
      <w:proofErr w:type="spellStart"/>
      <w:r>
        <w:t>تم</w:t>
      </w:r>
      <w:proofErr w:type="spellEnd"/>
      <w:r>
        <w:t xml:space="preserve"> </w:t>
      </w:r>
      <w:proofErr w:type="spellStart"/>
      <w:r>
        <w:t>استلام</w:t>
      </w:r>
      <w:proofErr w:type="spellEnd"/>
      <w:r>
        <w:t xml:space="preserve"> </w:t>
      </w:r>
      <w:proofErr w:type="spellStart"/>
      <w:r>
        <w:t>إشعار</w:t>
      </w:r>
      <w:proofErr w:type="spellEnd"/>
      <w:r>
        <w:t xml:space="preserve"> </w:t>
      </w:r>
      <w:proofErr w:type="spellStart"/>
      <w:r>
        <w:t>الاستقالة</w:t>
      </w:r>
      <w:proofErr w:type="spellEnd"/>
      <w:r>
        <w:t xml:space="preserve"> بتاريخ: ____/____/2026      الساعة: ___</w:t>
      </w:r>
      <w:proofErr w:type="gramStart"/>
      <w:r>
        <w:t>_:_</w:t>
      </w:r>
      <w:proofErr w:type="gramEnd"/>
      <w:r>
        <w:t>___</w:t>
      </w:r>
    </w:p>
    <w:p w14:paraId="55410F95" w14:textId="77777777" w:rsidR="009359D9" w:rsidRDefault="00000000">
      <w:pPr>
        <w:spacing w:after="120"/>
        <w:jc w:val="right"/>
      </w:pPr>
      <w:r>
        <w:t>اسم المستلم: ___________________________</w:t>
      </w:r>
    </w:p>
    <w:p w14:paraId="3BFF9AD3" w14:textId="77777777" w:rsidR="009359D9" w:rsidRDefault="00000000">
      <w:pPr>
        <w:spacing w:after="120"/>
        <w:jc w:val="right"/>
      </w:pPr>
      <w:r>
        <w:t>التوقيع: _______________________________      الختم: ____________________</w:t>
      </w:r>
    </w:p>
    <w:p w14:paraId="57E3665F" w14:textId="77777777" w:rsidR="009359D9" w:rsidRDefault="00000000">
      <w:pPr>
        <w:spacing w:after="120"/>
        <w:jc w:val="right"/>
      </w:pPr>
      <w:r>
        <w:t>تاريخ آخر يوم عمل المعتمد: ____/____/2026</w:t>
      </w:r>
    </w:p>
    <w:p w14:paraId="49DB1C8F" w14:textId="77777777" w:rsidR="009359D9" w:rsidRDefault="009359D9">
      <w:pPr>
        <w:spacing w:after="120"/>
        <w:jc w:val="right"/>
      </w:pPr>
    </w:p>
    <w:p w14:paraId="75E36FD0" w14:textId="77777777" w:rsidR="009359D9" w:rsidRDefault="00000000">
      <w:pPr>
        <w:spacing w:after="0"/>
        <w:jc w:val="right"/>
      </w:pPr>
      <w:r>
        <w:rPr>
          <w:sz w:val="18"/>
        </w:rPr>
        <w:t>ملاحظة: احفظ نسخة PDF من الاستقالة + تأكيد الاستلام + محضر العهدة قبل توقيع المخالصة.</w:t>
      </w:r>
    </w:p>
    <w:sectPr w:rsidR="009359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8817703">
    <w:abstractNumId w:val="8"/>
  </w:num>
  <w:num w:numId="2" w16cid:durableId="1706783715">
    <w:abstractNumId w:val="6"/>
  </w:num>
  <w:num w:numId="3" w16cid:durableId="328145711">
    <w:abstractNumId w:val="5"/>
  </w:num>
  <w:num w:numId="4" w16cid:durableId="2095205898">
    <w:abstractNumId w:val="4"/>
  </w:num>
  <w:num w:numId="5" w16cid:durableId="2008554504">
    <w:abstractNumId w:val="7"/>
  </w:num>
  <w:num w:numId="6" w16cid:durableId="212038751">
    <w:abstractNumId w:val="3"/>
  </w:num>
  <w:num w:numId="7" w16cid:durableId="2114744152">
    <w:abstractNumId w:val="2"/>
  </w:num>
  <w:num w:numId="8" w16cid:durableId="1495562342">
    <w:abstractNumId w:val="1"/>
  </w:num>
  <w:num w:numId="9" w16cid:durableId="80597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359D9"/>
    <w:rsid w:val="00A22547"/>
    <w:rsid w:val="00AA1D8D"/>
    <w:rsid w:val="00B47730"/>
    <w:rsid w:val="00CB0664"/>
    <w:rsid w:val="00E37E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D5EFF2"/>
  <w14:defaultImageDpi w14:val="300"/>
  <w15:docId w15:val="{887F57C4-AD33-4E5D-9279-5D20374C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2026-03-03T02:05:00Z</dcterms:modified>
  <cp:category/>
</cp:coreProperties>
</file>